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lenraster"/>
        <w:tblW w:w="9464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5"/>
        <w:gridCol w:w="2108"/>
        <w:gridCol w:w="1888"/>
        <w:gridCol w:w="3033"/>
      </w:tblGrid>
      <w:tr w:rsidR="0038697E" w:rsidRPr="00F2548A" w14:paraId="1DDADC17" w14:textId="77777777" w:rsidTr="00ED5687">
        <w:trPr>
          <w:trHeight w:val="317"/>
        </w:trPr>
        <w:tc>
          <w:tcPr>
            <w:tcW w:w="2435" w:type="dxa"/>
            <w:vAlign w:val="center"/>
          </w:tcPr>
          <w:p w14:paraId="4E218BA4" w14:textId="77777777" w:rsidR="0038697E" w:rsidRPr="00F2548A" w:rsidRDefault="0038697E" w:rsidP="00547294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Student/-in:</w:t>
            </w:r>
          </w:p>
        </w:tc>
        <w:tc>
          <w:tcPr>
            <w:tcW w:w="2108" w:type="dxa"/>
            <w:vAlign w:val="center"/>
          </w:tcPr>
          <w:p w14:paraId="77F6EA64" w14:textId="2049D678" w:rsidR="0038697E" w:rsidRPr="00A31D57" w:rsidRDefault="00A31D57" w:rsidP="00547294">
            <w:pPr>
              <w:rPr>
                <w:rFonts w:ascii="Verdana" w:hAnsi="Verdana"/>
                <w:sz w:val="20"/>
                <w:szCs w:val="20"/>
                <w:lang w:val="de-DE"/>
              </w:rPr>
            </w:pPr>
            <w:r w:rsidRPr="00A31D57">
              <w:rPr>
                <w:rFonts w:ascii="Verdana" w:hAnsi="Verdana"/>
                <w:sz w:val="20"/>
                <w:szCs w:val="20"/>
                <w:lang w:val="de-DE"/>
              </w:rPr>
              <w:t>…</w:t>
            </w:r>
          </w:p>
        </w:tc>
        <w:tc>
          <w:tcPr>
            <w:tcW w:w="1888" w:type="dxa"/>
            <w:vAlign w:val="center"/>
          </w:tcPr>
          <w:p w14:paraId="568AFA09" w14:textId="77777777" w:rsidR="0038697E" w:rsidRPr="00F2548A" w:rsidRDefault="0038697E" w:rsidP="00547294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Stufe</w:t>
            </w:r>
            <w:proofErr w:type="spellEnd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/</w:t>
            </w:r>
            <w:proofErr w:type="spellStart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Klasse</w:t>
            </w:r>
            <w:proofErr w:type="spellEnd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3033" w:type="dxa"/>
            <w:vAlign w:val="center"/>
          </w:tcPr>
          <w:p w14:paraId="2CA700EA" w14:textId="6F35508D" w:rsidR="0038697E" w:rsidRPr="00A31D57" w:rsidRDefault="00A31D57" w:rsidP="00547294">
            <w:pPr>
              <w:rPr>
                <w:rFonts w:ascii="Verdana" w:hAnsi="Verdana"/>
                <w:sz w:val="20"/>
                <w:szCs w:val="20"/>
              </w:rPr>
            </w:pPr>
            <w:r w:rsidRPr="00A31D57">
              <w:rPr>
                <w:rFonts w:ascii="Verdana" w:hAnsi="Verdana"/>
                <w:sz w:val="20"/>
                <w:szCs w:val="20"/>
              </w:rPr>
              <w:t>…</w:t>
            </w:r>
          </w:p>
        </w:tc>
      </w:tr>
      <w:tr w:rsidR="0038697E" w:rsidRPr="00F2548A" w14:paraId="474E1F33" w14:textId="77777777" w:rsidTr="00ED5687">
        <w:trPr>
          <w:trHeight w:val="289"/>
        </w:trPr>
        <w:tc>
          <w:tcPr>
            <w:tcW w:w="2435" w:type="dxa"/>
            <w:vAlign w:val="center"/>
          </w:tcPr>
          <w:p w14:paraId="703A11FA" w14:textId="77777777" w:rsidR="0038697E" w:rsidRPr="00F2548A" w:rsidRDefault="0038697E" w:rsidP="00547294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Schule:</w:t>
            </w:r>
          </w:p>
        </w:tc>
        <w:tc>
          <w:tcPr>
            <w:tcW w:w="2108" w:type="dxa"/>
            <w:vAlign w:val="center"/>
          </w:tcPr>
          <w:p w14:paraId="7ED0A9CA" w14:textId="2FF2D1B9" w:rsidR="0038697E" w:rsidRPr="00A31D57" w:rsidRDefault="00A31D57" w:rsidP="00547294">
            <w:pPr>
              <w:rPr>
                <w:rFonts w:ascii="Verdana" w:hAnsi="Verdana"/>
                <w:sz w:val="20"/>
                <w:szCs w:val="20"/>
                <w:lang w:val="de-DE"/>
              </w:rPr>
            </w:pPr>
            <w:r w:rsidRPr="00A31D57">
              <w:rPr>
                <w:rFonts w:ascii="Verdana" w:hAnsi="Verdana"/>
                <w:sz w:val="20"/>
                <w:szCs w:val="20"/>
                <w:lang w:val="de-DE"/>
              </w:rPr>
              <w:t>…</w:t>
            </w:r>
          </w:p>
        </w:tc>
        <w:tc>
          <w:tcPr>
            <w:tcW w:w="1888" w:type="dxa"/>
            <w:vAlign w:val="center"/>
          </w:tcPr>
          <w:p w14:paraId="260EA1E5" w14:textId="4466A013" w:rsidR="0038697E" w:rsidRPr="00F2548A" w:rsidRDefault="0038697E" w:rsidP="00547294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Anzahl</w:t>
            </w:r>
            <w:proofErr w:type="spellEnd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Schüler</w:t>
            </w:r>
            <w:proofErr w:type="spellEnd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/</w:t>
            </w:r>
            <w:r w:rsidR="003F4131">
              <w:rPr>
                <w:rFonts w:ascii="Verdana" w:hAnsi="Verdana"/>
                <w:b/>
                <w:bCs/>
                <w:sz w:val="16"/>
                <w:szCs w:val="16"/>
              </w:rPr>
              <w:br/>
            </w:r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-</w:t>
            </w:r>
            <w:proofErr w:type="spellStart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innen</w:t>
            </w:r>
            <w:proofErr w:type="spellEnd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3033" w:type="dxa"/>
            <w:vAlign w:val="center"/>
          </w:tcPr>
          <w:p w14:paraId="1A659D3E" w14:textId="5F5B558A" w:rsidR="0038697E" w:rsidRPr="00A31D57" w:rsidRDefault="00A31D57" w:rsidP="00547294">
            <w:pPr>
              <w:rPr>
                <w:rFonts w:ascii="Verdana" w:hAnsi="Verdana"/>
                <w:sz w:val="20"/>
                <w:szCs w:val="20"/>
              </w:rPr>
            </w:pPr>
            <w:r w:rsidRPr="00A31D57">
              <w:rPr>
                <w:rFonts w:ascii="Verdana" w:hAnsi="Verdana"/>
                <w:sz w:val="20"/>
                <w:szCs w:val="20"/>
              </w:rPr>
              <w:t>…</w:t>
            </w:r>
          </w:p>
        </w:tc>
      </w:tr>
      <w:tr w:rsidR="0038697E" w:rsidRPr="00F2548A" w14:paraId="48C2DAC9" w14:textId="77777777" w:rsidTr="00ED5687">
        <w:trPr>
          <w:trHeight w:val="279"/>
        </w:trPr>
        <w:tc>
          <w:tcPr>
            <w:tcW w:w="2435" w:type="dxa"/>
            <w:vAlign w:val="center"/>
          </w:tcPr>
          <w:p w14:paraId="1B0FD2E7" w14:textId="77777777" w:rsidR="0038697E" w:rsidRPr="00F2548A" w:rsidRDefault="0038697E" w:rsidP="00547294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Ausbildungsbegleitung</w:t>
            </w:r>
            <w:proofErr w:type="spellEnd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2108" w:type="dxa"/>
            <w:vAlign w:val="center"/>
          </w:tcPr>
          <w:p w14:paraId="491AA68F" w14:textId="0DE6BBB7" w:rsidR="0038697E" w:rsidRPr="00A31D57" w:rsidRDefault="00A31D57" w:rsidP="00547294">
            <w:pPr>
              <w:rPr>
                <w:rFonts w:ascii="Verdana" w:hAnsi="Verdana"/>
                <w:sz w:val="20"/>
                <w:szCs w:val="20"/>
                <w:lang w:val="de-DE"/>
              </w:rPr>
            </w:pPr>
            <w:r w:rsidRPr="00A31D57">
              <w:rPr>
                <w:rFonts w:ascii="Verdana" w:hAnsi="Verdana"/>
                <w:sz w:val="20"/>
                <w:szCs w:val="20"/>
                <w:lang w:val="de-DE"/>
              </w:rPr>
              <w:t>…</w:t>
            </w:r>
          </w:p>
        </w:tc>
        <w:tc>
          <w:tcPr>
            <w:tcW w:w="1888" w:type="dxa"/>
            <w:vAlign w:val="center"/>
          </w:tcPr>
          <w:p w14:paraId="1E749019" w14:textId="77777777" w:rsidR="0038697E" w:rsidRPr="00F2548A" w:rsidRDefault="0038697E" w:rsidP="00547294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</w:p>
        </w:tc>
        <w:tc>
          <w:tcPr>
            <w:tcW w:w="3033" w:type="dxa"/>
            <w:vAlign w:val="center"/>
          </w:tcPr>
          <w:p w14:paraId="78C8C1E1" w14:textId="5B887124" w:rsidR="0038697E" w:rsidRPr="00F2548A" w:rsidRDefault="0038697E" w:rsidP="00547294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38697E" w:rsidRPr="00F2548A" w14:paraId="50B62E0F" w14:textId="77777777" w:rsidTr="00ED5687">
        <w:tc>
          <w:tcPr>
            <w:tcW w:w="2435" w:type="dxa"/>
            <w:tcBorders>
              <w:bottom w:val="single" w:sz="4" w:space="0" w:color="auto"/>
            </w:tcBorders>
          </w:tcPr>
          <w:p w14:paraId="76502935" w14:textId="77777777" w:rsidR="0038697E" w:rsidRPr="00F2548A" w:rsidRDefault="0038697E" w:rsidP="0054729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108" w:type="dxa"/>
            <w:tcBorders>
              <w:bottom w:val="single" w:sz="4" w:space="0" w:color="auto"/>
            </w:tcBorders>
          </w:tcPr>
          <w:p w14:paraId="7C49CE6F" w14:textId="77777777" w:rsidR="0038697E" w:rsidRPr="00A31D57" w:rsidRDefault="0038697E" w:rsidP="00547294">
            <w:pPr>
              <w:rPr>
                <w:rFonts w:ascii="Verdana" w:hAnsi="Verdana"/>
                <w:sz w:val="16"/>
                <w:szCs w:val="16"/>
                <w:lang w:val="de-DE"/>
              </w:rPr>
            </w:pPr>
          </w:p>
        </w:tc>
        <w:tc>
          <w:tcPr>
            <w:tcW w:w="1888" w:type="dxa"/>
            <w:tcBorders>
              <w:bottom w:val="single" w:sz="4" w:space="0" w:color="auto"/>
            </w:tcBorders>
          </w:tcPr>
          <w:p w14:paraId="36818604" w14:textId="77777777" w:rsidR="0038697E" w:rsidRPr="00F2548A" w:rsidRDefault="0038697E" w:rsidP="00547294">
            <w:pPr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033" w:type="dxa"/>
            <w:tcBorders>
              <w:bottom w:val="single" w:sz="4" w:space="0" w:color="auto"/>
            </w:tcBorders>
          </w:tcPr>
          <w:p w14:paraId="21FF0D83" w14:textId="2B369E3A" w:rsidR="0038697E" w:rsidRPr="00F2548A" w:rsidRDefault="0038697E" w:rsidP="00547294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C9051A" w:rsidRPr="00F2548A" w14:paraId="4050B19C" w14:textId="77777777" w:rsidTr="00ED5687">
        <w:tc>
          <w:tcPr>
            <w:tcW w:w="2435" w:type="dxa"/>
            <w:tcBorders>
              <w:bottom w:val="single" w:sz="4" w:space="0" w:color="auto"/>
            </w:tcBorders>
          </w:tcPr>
          <w:p w14:paraId="6C353D72" w14:textId="570938C3" w:rsidR="00C9051A" w:rsidRPr="00C9051A" w:rsidRDefault="00C9051A" w:rsidP="00547294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 w:rsidRPr="00C9051A">
              <w:rPr>
                <w:rFonts w:ascii="Verdana" w:hAnsi="Verdana"/>
                <w:b/>
                <w:bCs/>
                <w:sz w:val="16"/>
                <w:szCs w:val="16"/>
              </w:rPr>
              <w:t>Kernpraktik</w:t>
            </w:r>
            <w:proofErr w:type="spellEnd"/>
          </w:p>
        </w:tc>
        <w:tc>
          <w:tcPr>
            <w:tcW w:w="3996" w:type="dxa"/>
            <w:gridSpan w:val="2"/>
            <w:tcBorders>
              <w:bottom w:val="single" w:sz="4" w:space="0" w:color="auto"/>
            </w:tcBorders>
          </w:tcPr>
          <w:p w14:paraId="50A8A892" w14:textId="38494A0E" w:rsidR="00C9051A" w:rsidRPr="00C32E43" w:rsidRDefault="00C9051A" w:rsidP="00547294">
            <w:pPr>
              <w:rPr>
                <w:rFonts w:ascii="Patrick Hand" w:hAnsi="Patrick Hand"/>
                <w:sz w:val="20"/>
                <w:szCs w:val="20"/>
                <w:lang w:val="de-DE"/>
              </w:rPr>
            </w:pPr>
          </w:p>
          <w:p w14:paraId="3114BB72" w14:textId="77777777" w:rsidR="00C9051A" w:rsidRPr="00C32E43" w:rsidRDefault="00C9051A" w:rsidP="002C6E60">
            <w:pPr>
              <w:rPr>
                <w:rFonts w:ascii="Patrick Hand" w:hAnsi="Patrick Hand"/>
                <w:sz w:val="20"/>
                <w:szCs w:val="20"/>
                <w:lang w:val="de-DE"/>
              </w:rPr>
            </w:pPr>
          </w:p>
        </w:tc>
        <w:tc>
          <w:tcPr>
            <w:tcW w:w="3033" w:type="dxa"/>
            <w:tcBorders>
              <w:bottom w:val="single" w:sz="4" w:space="0" w:color="auto"/>
            </w:tcBorders>
          </w:tcPr>
          <w:p w14:paraId="0367CDD9" w14:textId="33B12593" w:rsidR="00C9051A" w:rsidRPr="00F2548A" w:rsidRDefault="00C9051A" w:rsidP="00547294">
            <w:pPr>
              <w:rPr>
                <w:rFonts w:ascii="Verdana" w:hAnsi="Verdana"/>
                <w:sz w:val="16"/>
                <w:szCs w:val="16"/>
              </w:rPr>
            </w:pPr>
          </w:p>
        </w:tc>
      </w:tr>
      <w:tr w:rsidR="0038697E" w:rsidRPr="001348EF" w14:paraId="3585DC24" w14:textId="77777777" w:rsidTr="00ED5687">
        <w:trPr>
          <w:trHeight w:val="502"/>
        </w:trPr>
        <w:tc>
          <w:tcPr>
            <w:tcW w:w="2435" w:type="dxa"/>
            <w:tcBorders>
              <w:top w:val="single" w:sz="4" w:space="0" w:color="auto"/>
              <w:bottom w:val="nil"/>
              <w:right w:val="nil"/>
            </w:tcBorders>
          </w:tcPr>
          <w:p w14:paraId="7811DC9F" w14:textId="77777777" w:rsidR="0038697E" w:rsidRPr="00F2548A" w:rsidRDefault="0038697E" w:rsidP="00547294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Fach</w:t>
            </w:r>
            <w:proofErr w:type="spellEnd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 xml:space="preserve"> – Thema – </w:t>
            </w:r>
          </w:p>
          <w:p w14:paraId="6049C488" w14:textId="77777777" w:rsidR="0038697E" w:rsidRPr="00F2548A" w:rsidRDefault="0038697E" w:rsidP="00547294">
            <w:pPr>
              <w:rPr>
                <w:rFonts w:ascii="Verdana" w:hAnsi="Verdana"/>
                <w:b/>
                <w:bCs/>
                <w:sz w:val="16"/>
                <w:szCs w:val="16"/>
              </w:rPr>
            </w:pPr>
            <w:proofErr w:type="spellStart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Inhalt</w:t>
            </w:r>
            <w:proofErr w:type="spellEnd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 xml:space="preserve"> – </w:t>
            </w:r>
            <w:proofErr w:type="spellStart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Gegenstand</w:t>
            </w:r>
            <w:proofErr w:type="spellEnd"/>
            <w:r w:rsidRPr="00F2548A">
              <w:rPr>
                <w:rFonts w:ascii="Verdana" w:hAnsi="Verdana"/>
                <w:b/>
                <w:bCs/>
                <w:sz w:val="16"/>
                <w:szCs w:val="16"/>
              </w:rPr>
              <w:t>:</w:t>
            </w:r>
          </w:p>
        </w:tc>
        <w:tc>
          <w:tcPr>
            <w:tcW w:w="7029" w:type="dxa"/>
            <w:gridSpan w:val="3"/>
            <w:tcBorders>
              <w:top w:val="single" w:sz="4" w:space="0" w:color="auto"/>
              <w:left w:val="nil"/>
              <w:bottom w:val="nil"/>
            </w:tcBorders>
          </w:tcPr>
          <w:p w14:paraId="09059084" w14:textId="798C56DF" w:rsidR="0038697E" w:rsidRPr="00A31D57" w:rsidRDefault="00A31D57" w:rsidP="00547294">
            <w:pPr>
              <w:rPr>
                <w:rFonts w:ascii="Verdana" w:hAnsi="Verdana"/>
                <w:sz w:val="20"/>
                <w:szCs w:val="20"/>
                <w:lang w:val="de-DE"/>
              </w:rPr>
            </w:pPr>
            <w:r w:rsidRPr="00A31D57">
              <w:rPr>
                <w:rFonts w:ascii="Verdana" w:hAnsi="Verdana"/>
                <w:sz w:val="20"/>
                <w:szCs w:val="20"/>
                <w:lang w:val="de-DE"/>
              </w:rPr>
              <w:t>…</w:t>
            </w:r>
          </w:p>
        </w:tc>
      </w:tr>
      <w:tr w:rsidR="0038697E" w:rsidRPr="001348EF" w14:paraId="01611DCA" w14:textId="77777777" w:rsidTr="00ED5687">
        <w:trPr>
          <w:trHeight w:val="994"/>
        </w:trPr>
        <w:tc>
          <w:tcPr>
            <w:tcW w:w="2435" w:type="dxa"/>
            <w:tcBorders>
              <w:top w:val="nil"/>
              <w:bottom w:val="single" w:sz="4" w:space="0" w:color="auto"/>
              <w:right w:val="nil"/>
            </w:tcBorders>
          </w:tcPr>
          <w:p w14:paraId="6F7659F9" w14:textId="290364D1" w:rsidR="0038697E" w:rsidRPr="00C9051A" w:rsidRDefault="00C9051A" w:rsidP="00547294">
            <w:pPr>
              <w:rPr>
                <w:rFonts w:ascii="Verdana" w:hAnsi="Verdana"/>
                <w:b/>
                <w:bCs/>
                <w:sz w:val="16"/>
                <w:szCs w:val="16"/>
                <w:lang w:val="de-DE"/>
              </w:rPr>
            </w:pPr>
            <w:r w:rsidRPr="00C9051A">
              <w:rPr>
                <w:rFonts w:ascii="Verdana" w:hAnsi="Verdana"/>
                <w:b/>
                <w:bCs/>
                <w:sz w:val="16"/>
                <w:szCs w:val="16"/>
                <w:lang w:val="de-DE"/>
              </w:rPr>
              <w:t>Hauptziel</w:t>
            </w:r>
            <w:r w:rsidR="0038697E" w:rsidRPr="00C9051A">
              <w:rPr>
                <w:rFonts w:ascii="Verdana" w:hAnsi="Verdana"/>
                <w:b/>
                <w:bCs/>
                <w:sz w:val="16"/>
                <w:szCs w:val="16"/>
                <w:lang w:val="de-DE"/>
              </w:rPr>
              <w:t xml:space="preserve"> der Stunde bzw. Einheit: </w:t>
            </w:r>
          </w:p>
        </w:tc>
        <w:tc>
          <w:tcPr>
            <w:tcW w:w="7029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15F42018" w14:textId="2EC18AB4" w:rsidR="0038697E" w:rsidRPr="00A31D57" w:rsidRDefault="00A31D57" w:rsidP="00547294">
            <w:pPr>
              <w:rPr>
                <w:rFonts w:ascii="Verdana" w:hAnsi="Verdana" w:cstheme="majorHAnsi"/>
                <w:sz w:val="20"/>
                <w:szCs w:val="20"/>
                <w:lang w:val="de-DE"/>
              </w:rPr>
            </w:pPr>
            <w:r w:rsidRPr="00A31D57">
              <w:rPr>
                <w:rFonts w:ascii="Verdana" w:hAnsi="Verdana" w:cstheme="majorHAnsi"/>
                <w:sz w:val="20"/>
                <w:szCs w:val="20"/>
                <w:lang w:val="de-DE"/>
              </w:rPr>
              <w:t>…</w:t>
            </w:r>
          </w:p>
          <w:p w14:paraId="488DC23B" w14:textId="6960D9AE" w:rsidR="00C9051A" w:rsidRPr="00A31D57" w:rsidRDefault="00C9051A" w:rsidP="00547294">
            <w:pPr>
              <w:rPr>
                <w:rFonts w:ascii="Verdana" w:hAnsi="Verdana"/>
                <w:sz w:val="20"/>
                <w:szCs w:val="20"/>
                <w:lang w:val="de-DE"/>
              </w:rPr>
            </w:pPr>
          </w:p>
        </w:tc>
      </w:tr>
    </w:tbl>
    <w:p w14:paraId="49A475AD" w14:textId="6BB65AA3" w:rsidR="00C9051A" w:rsidRDefault="00C9051A" w:rsidP="00C9051A">
      <w:pPr>
        <w:pStyle w:val="berschrift1"/>
        <w:spacing w:before="0" w:line="240" w:lineRule="auto"/>
        <w:jc w:val="both"/>
        <w:rPr>
          <w:rFonts w:ascii="Verdana" w:hAnsi="Verdana" w:cstheme="majorHAnsi"/>
          <w:color w:val="auto"/>
          <w:sz w:val="18"/>
          <w:szCs w:val="18"/>
          <w:lang w:val="de-DE"/>
        </w:rPr>
      </w:pPr>
    </w:p>
    <w:p w14:paraId="3F7E4F7E" w14:textId="4FA987F0" w:rsidR="00C9051A" w:rsidRDefault="002C6E60" w:rsidP="00C9051A">
      <w:pPr>
        <w:pStyle w:val="berschrift1"/>
        <w:spacing w:before="0" w:line="240" w:lineRule="auto"/>
        <w:jc w:val="both"/>
        <w:rPr>
          <w:rFonts w:ascii="Verdana" w:hAnsi="Verdana" w:cstheme="majorHAnsi"/>
          <w:sz w:val="18"/>
          <w:szCs w:val="18"/>
          <w:lang w:val="de-DE"/>
        </w:rPr>
      </w:pPr>
      <w:r w:rsidRPr="00C9051A">
        <w:rPr>
          <w:rFonts w:ascii="Verdana" w:hAnsi="Verdana" w:cstheme="majorHAnsi"/>
          <w:color w:val="auto"/>
          <w:sz w:val="18"/>
          <w:szCs w:val="18"/>
          <w:lang w:val="de-DE"/>
        </w:rPr>
        <w:t xml:space="preserve">Verlaufsskizze </w:t>
      </w:r>
      <w:r w:rsidRPr="00C9051A">
        <w:rPr>
          <w:rFonts w:ascii="Verdana" w:hAnsi="Verdana" w:cstheme="majorHAnsi"/>
          <w:sz w:val="18"/>
          <w:szCs w:val="18"/>
          <w:lang w:val="de-DE"/>
        </w:rPr>
        <w:t xml:space="preserve"> </w:t>
      </w:r>
    </w:p>
    <w:p w14:paraId="4C3E6AB7" w14:textId="438BD468" w:rsidR="00C9051A" w:rsidRPr="00C9051A" w:rsidRDefault="00C9051A" w:rsidP="00C9051A">
      <w:pPr>
        <w:spacing w:after="0" w:line="240" w:lineRule="auto"/>
        <w:rPr>
          <w:lang w:val="de-DE"/>
        </w:rPr>
      </w:pPr>
    </w:p>
    <w:tbl>
      <w:tblPr>
        <w:tblStyle w:val="Tabellenraster"/>
        <w:tblW w:w="9498" w:type="dxa"/>
        <w:tblInd w:w="-34" w:type="dxa"/>
        <w:tblLook w:val="04A0" w:firstRow="1" w:lastRow="0" w:firstColumn="1" w:lastColumn="0" w:noHBand="0" w:noVBand="1"/>
      </w:tblPr>
      <w:tblGrid>
        <w:gridCol w:w="4111"/>
        <w:gridCol w:w="2268"/>
        <w:gridCol w:w="3119"/>
      </w:tblGrid>
      <w:tr w:rsidR="00293A70" w:rsidRPr="00C9051A" w14:paraId="0BA65339" w14:textId="77777777" w:rsidTr="00ED5687">
        <w:trPr>
          <w:trHeight w:val="552"/>
        </w:trPr>
        <w:tc>
          <w:tcPr>
            <w:tcW w:w="4111" w:type="dxa"/>
          </w:tcPr>
          <w:p w14:paraId="51D7AA33" w14:textId="77777777" w:rsidR="00255E1A" w:rsidRPr="00C9051A" w:rsidRDefault="00293A70" w:rsidP="00C9051A">
            <w:pPr>
              <w:jc w:val="center"/>
              <w:rPr>
                <w:rFonts w:ascii="Verdana" w:hAnsi="Verdana" w:cstheme="majorHAnsi"/>
                <w:b/>
                <w:bCs/>
                <w:sz w:val="16"/>
                <w:szCs w:val="16"/>
              </w:rPr>
            </w:pPr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 xml:space="preserve">Was? </w:t>
            </w:r>
          </w:p>
          <w:p w14:paraId="27834929" w14:textId="5BD33CFD" w:rsidR="00293A70" w:rsidRPr="00C9051A" w:rsidRDefault="00293A70" w:rsidP="00C9051A">
            <w:pPr>
              <w:jc w:val="center"/>
              <w:rPr>
                <w:rFonts w:ascii="Verdana" w:hAnsi="Verdana" w:cstheme="majorHAnsi"/>
                <w:b/>
                <w:bCs/>
                <w:sz w:val="16"/>
                <w:szCs w:val="16"/>
              </w:rPr>
            </w:pPr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>(</w:t>
            </w:r>
            <w:proofErr w:type="spellStart"/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>Teilschritte</w:t>
            </w:r>
            <w:proofErr w:type="spellEnd"/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 xml:space="preserve"> &amp; Methode)</w:t>
            </w:r>
          </w:p>
        </w:tc>
        <w:tc>
          <w:tcPr>
            <w:tcW w:w="2268" w:type="dxa"/>
          </w:tcPr>
          <w:p w14:paraId="729A65C2" w14:textId="64FBFDE1" w:rsidR="00293A70" w:rsidRPr="00C9051A" w:rsidRDefault="00293A70" w:rsidP="00C9051A">
            <w:pPr>
              <w:jc w:val="center"/>
              <w:rPr>
                <w:rFonts w:ascii="Verdana" w:hAnsi="Verdana" w:cstheme="majorHAnsi"/>
                <w:b/>
                <w:bCs/>
                <w:sz w:val="16"/>
                <w:szCs w:val="16"/>
              </w:rPr>
            </w:pPr>
            <w:proofErr w:type="spellStart"/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>Wer</w:t>
            </w:r>
            <w:proofErr w:type="spellEnd"/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>? (</w:t>
            </w:r>
            <w:proofErr w:type="spellStart"/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>Rollenverteilung</w:t>
            </w:r>
            <w:proofErr w:type="spellEnd"/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3119" w:type="dxa"/>
          </w:tcPr>
          <w:p w14:paraId="4C8D2E07" w14:textId="2B16C945" w:rsidR="00255E1A" w:rsidRPr="00C9051A" w:rsidRDefault="00293A70" w:rsidP="00C9051A">
            <w:pPr>
              <w:jc w:val="center"/>
              <w:rPr>
                <w:rFonts w:ascii="Verdana" w:hAnsi="Verdana" w:cstheme="majorHAnsi"/>
                <w:b/>
                <w:bCs/>
                <w:sz w:val="16"/>
                <w:szCs w:val="16"/>
              </w:rPr>
            </w:pPr>
            <w:proofErr w:type="spellStart"/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>Womit</w:t>
            </w:r>
            <w:proofErr w:type="spellEnd"/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 xml:space="preserve">? </w:t>
            </w:r>
          </w:p>
          <w:p w14:paraId="283EC8B3" w14:textId="59A93CC5" w:rsidR="00293A70" w:rsidRPr="00C9051A" w:rsidRDefault="00293A70" w:rsidP="00C9051A">
            <w:pPr>
              <w:jc w:val="center"/>
              <w:rPr>
                <w:rFonts w:ascii="Verdana" w:hAnsi="Verdana" w:cstheme="majorHAnsi"/>
                <w:b/>
                <w:bCs/>
                <w:sz w:val="16"/>
                <w:szCs w:val="16"/>
              </w:rPr>
            </w:pPr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>(</w:t>
            </w:r>
            <w:proofErr w:type="spellStart"/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>Materialien</w:t>
            </w:r>
            <w:proofErr w:type="spellEnd"/>
            <w:r w:rsidRPr="00C9051A">
              <w:rPr>
                <w:rFonts w:ascii="Verdana" w:hAnsi="Verdana" w:cstheme="majorHAnsi"/>
                <w:b/>
                <w:bCs/>
                <w:sz w:val="16"/>
                <w:szCs w:val="16"/>
              </w:rPr>
              <w:t>)</w:t>
            </w:r>
          </w:p>
        </w:tc>
      </w:tr>
      <w:tr w:rsidR="00293A70" w:rsidRPr="00C9051A" w14:paraId="20C5CE97" w14:textId="77777777" w:rsidTr="00ED5687">
        <w:trPr>
          <w:trHeight w:val="844"/>
        </w:trPr>
        <w:tc>
          <w:tcPr>
            <w:tcW w:w="4111" w:type="dxa"/>
          </w:tcPr>
          <w:p w14:paraId="75A9FB95" w14:textId="40EAF7DD" w:rsidR="00293A70" w:rsidRPr="0021735A" w:rsidRDefault="00293A70" w:rsidP="00C9051A">
            <w:pPr>
              <w:jc w:val="both"/>
              <w:rPr>
                <w:rFonts w:ascii="Patrick Hand" w:hAnsi="Patrick Hand" w:cstheme="majorHAnsi"/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15256F7A" w14:textId="34A3DE85" w:rsidR="00293A70" w:rsidRPr="0021735A" w:rsidRDefault="00293A70" w:rsidP="00C9051A">
            <w:pPr>
              <w:jc w:val="both"/>
              <w:rPr>
                <w:rFonts w:ascii="Patrick Hand" w:hAnsi="Patrick Hand" w:cstheme="majorHAnsi"/>
                <w:sz w:val="20"/>
                <w:szCs w:val="20"/>
              </w:rPr>
            </w:pPr>
          </w:p>
        </w:tc>
        <w:tc>
          <w:tcPr>
            <w:tcW w:w="3119" w:type="dxa"/>
          </w:tcPr>
          <w:p w14:paraId="583267D2" w14:textId="0D9C5163" w:rsidR="00293A70" w:rsidRPr="0021735A" w:rsidRDefault="00293A70" w:rsidP="00C9051A">
            <w:pPr>
              <w:jc w:val="both"/>
              <w:rPr>
                <w:rFonts w:ascii="Patrick Hand" w:hAnsi="Patrick Hand" w:cstheme="majorHAnsi"/>
                <w:sz w:val="20"/>
                <w:szCs w:val="20"/>
              </w:rPr>
            </w:pPr>
          </w:p>
        </w:tc>
      </w:tr>
      <w:tr w:rsidR="00293A70" w:rsidRPr="000426A5" w14:paraId="3DD12DC2" w14:textId="77777777" w:rsidTr="00ED5687">
        <w:trPr>
          <w:trHeight w:val="1016"/>
        </w:trPr>
        <w:tc>
          <w:tcPr>
            <w:tcW w:w="4111" w:type="dxa"/>
          </w:tcPr>
          <w:p w14:paraId="2C6CC94F" w14:textId="551947A9" w:rsidR="00293A70" w:rsidRPr="0021735A" w:rsidRDefault="00293A70" w:rsidP="00C9051A">
            <w:pPr>
              <w:jc w:val="both"/>
              <w:rPr>
                <w:rFonts w:ascii="Patrick Hand" w:hAnsi="Patrick Hand" w:cstheme="majorHAnsi"/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6473B47D" w14:textId="45DEF3F6" w:rsidR="00293A70" w:rsidRPr="0021735A" w:rsidRDefault="00293A70" w:rsidP="00C9051A">
            <w:pPr>
              <w:jc w:val="both"/>
              <w:rPr>
                <w:rFonts w:ascii="Patrick Hand" w:hAnsi="Patrick Hand" w:cstheme="majorHAnsi"/>
                <w:sz w:val="20"/>
                <w:szCs w:val="20"/>
              </w:rPr>
            </w:pPr>
          </w:p>
        </w:tc>
        <w:tc>
          <w:tcPr>
            <w:tcW w:w="3119" w:type="dxa"/>
          </w:tcPr>
          <w:p w14:paraId="45E0029D" w14:textId="6D9234CF" w:rsidR="00293A70" w:rsidRPr="000426A5" w:rsidRDefault="00293A70" w:rsidP="00C9051A">
            <w:pPr>
              <w:jc w:val="both"/>
              <w:rPr>
                <w:rFonts w:ascii="Patrick Hand" w:hAnsi="Patrick Hand" w:cstheme="majorHAnsi"/>
                <w:sz w:val="20"/>
                <w:szCs w:val="20"/>
                <w:lang w:val="de-DE"/>
              </w:rPr>
            </w:pPr>
          </w:p>
        </w:tc>
      </w:tr>
      <w:tr w:rsidR="00293A70" w:rsidRPr="001348EF" w14:paraId="5F758E42" w14:textId="77777777" w:rsidTr="0021735A">
        <w:trPr>
          <w:trHeight w:val="874"/>
        </w:trPr>
        <w:tc>
          <w:tcPr>
            <w:tcW w:w="4111" w:type="dxa"/>
          </w:tcPr>
          <w:p w14:paraId="26D0BA68" w14:textId="3069BC57" w:rsidR="00293A70" w:rsidRPr="0021735A" w:rsidRDefault="00293A70" w:rsidP="00C9051A">
            <w:pPr>
              <w:jc w:val="both"/>
              <w:rPr>
                <w:rFonts w:ascii="Patrick Hand" w:hAnsi="Patrick Hand" w:cstheme="majorHAnsi"/>
                <w:sz w:val="20"/>
                <w:szCs w:val="20"/>
                <w:lang w:val="de-DE"/>
              </w:rPr>
            </w:pPr>
          </w:p>
        </w:tc>
        <w:tc>
          <w:tcPr>
            <w:tcW w:w="2268" w:type="dxa"/>
          </w:tcPr>
          <w:p w14:paraId="308BE05A" w14:textId="60C2E8CC" w:rsidR="00293A70" w:rsidRPr="0021735A" w:rsidRDefault="00293A70" w:rsidP="00C9051A">
            <w:pPr>
              <w:jc w:val="both"/>
              <w:rPr>
                <w:rFonts w:ascii="Patrick Hand" w:hAnsi="Patrick Hand" w:cstheme="majorHAnsi"/>
                <w:sz w:val="20"/>
                <w:szCs w:val="20"/>
                <w:lang w:val="de-DE"/>
              </w:rPr>
            </w:pPr>
          </w:p>
        </w:tc>
        <w:tc>
          <w:tcPr>
            <w:tcW w:w="3119" w:type="dxa"/>
          </w:tcPr>
          <w:p w14:paraId="012ABBDC" w14:textId="51AFCFC7" w:rsidR="00293A70" w:rsidRPr="0021735A" w:rsidRDefault="00293A70" w:rsidP="00C9051A">
            <w:pPr>
              <w:jc w:val="both"/>
              <w:rPr>
                <w:rFonts w:ascii="Patrick Hand" w:hAnsi="Patrick Hand" w:cstheme="majorHAnsi"/>
                <w:sz w:val="20"/>
                <w:szCs w:val="20"/>
                <w:lang w:val="de-DE"/>
              </w:rPr>
            </w:pPr>
          </w:p>
        </w:tc>
      </w:tr>
    </w:tbl>
    <w:p w14:paraId="34F59133" w14:textId="19405E6F" w:rsidR="00ED5687" w:rsidRPr="00C9051A" w:rsidRDefault="00ED5687" w:rsidP="00C9051A">
      <w:pPr>
        <w:spacing w:after="0" w:line="240" w:lineRule="auto"/>
        <w:jc w:val="both"/>
        <w:rPr>
          <w:rFonts w:ascii="Verdana" w:hAnsi="Verdana" w:cstheme="majorHAnsi"/>
          <w:sz w:val="18"/>
          <w:szCs w:val="18"/>
          <w:lang w:val="de-DE"/>
        </w:rPr>
      </w:pPr>
    </w:p>
    <w:p w14:paraId="03B31E24" w14:textId="5EEE7413" w:rsidR="00AE2113" w:rsidRPr="0021735A" w:rsidRDefault="001348EF" w:rsidP="00C9051A">
      <w:pPr>
        <w:pStyle w:val="berschrift1"/>
        <w:spacing w:before="0" w:line="240" w:lineRule="auto"/>
        <w:jc w:val="both"/>
        <w:rPr>
          <w:rFonts w:ascii="Verdana" w:hAnsi="Verdana" w:cstheme="majorHAnsi"/>
          <w:color w:val="auto"/>
          <w:sz w:val="18"/>
          <w:szCs w:val="18"/>
          <w:lang w:val="de-DE"/>
        </w:rPr>
      </w:pPr>
      <w:r>
        <w:rPr>
          <w:rFonts w:ascii="Verdana" w:hAnsi="Verdana" w:cstheme="majorHAnsi"/>
          <w:color w:val="auto"/>
          <w:sz w:val="18"/>
          <w:szCs w:val="18"/>
          <w:lang w:val="de-DE"/>
        </w:rPr>
        <w:t>Detaillierte Ausformulierung der Kernpraktik</w:t>
      </w:r>
    </w:p>
    <w:p w14:paraId="56C1048A" w14:textId="66607EB5" w:rsidR="00390B9F" w:rsidRPr="001348EF" w:rsidRDefault="00390B9F" w:rsidP="001348EF">
      <w:pPr>
        <w:spacing w:after="0" w:line="240" w:lineRule="auto"/>
        <w:jc w:val="both"/>
        <w:rPr>
          <w:rFonts w:ascii="Verdana" w:hAnsi="Verdana" w:cstheme="majorHAnsi"/>
          <w:sz w:val="18"/>
          <w:szCs w:val="18"/>
          <w:lang w:val="de-DE"/>
        </w:rPr>
      </w:pPr>
    </w:p>
    <w:sectPr w:rsidR="00390B9F" w:rsidRPr="001348EF" w:rsidSect="00C32E4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ED8775" w14:textId="77777777" w:rsidR="00511510" w:rsidRDefault="00511510" w:rsidP="00E64061">
      <w:pPr>
        <w:spacing w:after="0" w:line="240" w:lineRule="auto"/>
      </w:pPr>
      <w:r>
        <w:separator/>
      </w:r>
    </w:p>
  </w:endnote>
  <w:endnote w:type="continuationSeparator" w:id="0">
    <w:p w14:paraId="5278E419" w14:textId="77777777" w:rsidR="00511510" w:rsidRDefault="00511510" w:rsidP="00E640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Patrick Hand">
    <w:panose1 w:val="00000500000000000000"/>
    <w:charset w:val="4D"/>
    <w:family w:val="auto"/>
    <w:pitch w:val="variable"/>
    <w:sig w:usb0="20000007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6AF394" w14:textId="77777777" w:rsidR="001348EF" w:rsidRDefault="001348E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672C12" w14:textId="77777777" w:rsidR="001348EF" w:rsidRDefault="001348EF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636CCF" w14:textId="77777777" w:rsidR="001348EF" w:rsidRDefault="001348EF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FC68D7" w14:textId="77777777" w:rsidR="00511510" w:rsidRDefault="00511510" w:rsidP="00E64061">
      <w:pPr>
        <w:spacing w:after="0" w:line="240" w:lineRule="auto"/>
      </w:pPr>
      <w:r>
        <w:separator/>
      </w:r>
    </w:p>
  </w:footnote>
  <w:footnote w:type="continuationSeparator" w:id="0">
    <w:p w14:paraId="145694AE" w14:textId="77777777" w:rsidR="00511510" w:rsidRDefault="00511510" w:rsidP="00E640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A6361E" w14:textId="6213DC79" w:rsidR="0021735A" w:rsidRDefault="0021735A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38B242" w14:textId="2EFE07A4" w:rsidR="00056FD2" w:rsidRPr="00056FD2" w:rsidRDefault="00056FD2" w:rsidP="00056FD2">
    <w:pPr>
      <w:pStyle w:val="Kopfzeile"/>
      <w:jc w:val="right"/>
      <w:rPr>
        <w:rFonts w:ascii="Verdana" w:hAnsi="Verdana" w:cs="Arial"/>
        <w:b/>
        <w:sz w:val="20"/>
        <w:szCs w:val="20"/>
        <w:lang w:val="de-DE"/>
      </w:rPr>
    </w:pPr>
    <w:r w:rsidRPr="0021735A">
      <w:rPr>
        <w:rFonts w:ascii="Verdana" w:hAnsi="Verdana" w:cs="Arial"/>
        <w:b/>
        <w:sz w:val="20"/>
        <w:szCs w:val="20"/>
        <w:lang w:val="de-DE"/>
      </w:rPr>
      <w:tab/>
    </w:r>
    <w:r w:rsidRPr="0021735A">
      <w:rPr>
        <w:rFonts w:ascii="Verdana" w:hAnsi="Verdana" w:cs="Arial"/>
        <w:b/>
        <w:sz w:val="20"/>
        <w:szCs w:val="20"/>
        <w:lang w:val="de-DE"/>
      </w:rPr>
      <w:tab/>
    </w:r>
    <w:r w:rsidRPr="00056FD2">
      <w:rPr>
        <w:rFonts w:ascii="Verdana" w:hAnsi="Verdana" w:cs="Arial"/>
        <w:b/>
        <w:sz w:val="20"/>
        <w:szCs w:val="20"/>
        <w:lang w:val="de-DE"/>
      </w:rPr>
      <w:t>Autonome Hochschule Ostbelgien</w:t>
    </w:r>
  </w:p>
  <w:p w14:paraId="161B5589" w14:textId="0FA395BD" w:rsidR="00056FD2" w:rsidRPr="00056FD2" w:rsidRDefault="00056FD2" w:rsidP="00056FD2">
    <w:pPr>
      <w:pStyle w:val="Kopfzeile"/>
      <w:jc w:val="right"/>
      <w:rPr>
        <w:rFonts w:ascii="Verdana" w:hAnsi="Verdana" w:cs="Arial"/>
        <w:bCs/>
        <w:sz w:val="20"/>
        <w:szCs w:val="20"/>
        <w:lang w:val="de-DE"/>
      </w:rPr>
    </w:pPr>
    <w:r w:rsidRPr="00056FD2">
      <w:rPr>
        <w:rFonts w:ascii="Verdana" w:hAnsi="Verdana" w:cs="Arial"/>
        <w:bCs/>
        <w:sz w:val="20"/>
        <w:szCs w:val="20"/>
        <w:lang w:val="de-DE"/>
      </w:rPr>
      <w:tab/>
    </w:r>
    <w:r w:rsidRPr="00056FD2">
      <w:rPr>
        <w:rFonts w:ascii="Verdana" w:hAnsi="Verdana" w:cs="Arial"/>
        <w:bCs/>
        <w:sz w:val="20"/>
        <w:szCs w:val="20"/>
        <w:lang w:val="de-DE"/>
      </w:rPr>
      <w:tab/>
      <w:t>Fachbereich Bildungswissenschaften</w:t>
    </w:r>
  </w:p>
  <w:p w14:paraId="31AD2E28" w14:textId="4AA262BF" w:rsidR="00056FD2" w:rsidRPr="00056FD2" w:rsidRDefault="00056FD2" w:rsidP="00056FD2">
    <w:pPr>
      <w:pStyle w:val="Kopfzeile"/>
      <w:jc w:val="right"/>
      <w:rPr>
        <w:rFonts w:ascii="Verdana" w:hAnsi="Verdana" w:cs="Arial"/>
        <w:b/>
        <w:sz w:val="20"/>
        <w:szCs w:val="20"/>
        <w:lang w:val="de-DE"/>
      </w:rPr>
    </w:pPr>
    <w:r w:rsidRPr="00056FD2">
      <w:rPr>
        <w:rFonts w:ascii="Verdana" w:hAnsi="Verdana" w:cs="Arial"/>
        <w:b/>
        <w:sz w:val="20"/>
        <w:szCs w:val="20"/>
        <w:lang w:val="de-DE"/>
      </w:rPr>
      <w:tab/>
    </w:r>
    <w:r w:rsidRPr="00056FD2">
      <w:rPr>
        <w:rFonts w:ascii="Verdana" w:hAnsi="Verdana" w:cs="Arial"/>
        <w:b/>
        <w:sz w:val="20"/>
        <w:szCs w:val="20"/>
        <w:lang w:val="de-DE"/>
      </w:rPr>
      <w:tab/>
      <w:t>Kern</w:t>
    </w:r>
    <w:r>
      <w:rPr>
        <w:rFonts w:ascii="Verdana" w:hAnsi="Verdana" w:cs="Arial"/>
        <w:b/>
        <w:sz w:val="20"/>
        <w:szCs w:val="20"/>
        <w:lang w:val="de-DE"/>
      </w:rPr>
      <w:t>praktik</w:t>
    </w:r>
  </w:p>
  <w:p w14:paraId="5BD06FA6" w14:textId="77777777" w:rsidR="00056FD2" w:rsidRPr="00056FD2" w:rsidRDefault="00056FD2" w:rsidP="00056FD2">
    <w:pPr>
      <w:pStyle w:val="Kopfzeile"/>
      <w:rPr>
        <w:rFonts w:ascii="Verdana" w:hAnsi="Verdana" w:cs="Arial"/>
        <w:b/>
        <w:lang w:val="de-DE"/>
      </w:rPr>
    </w:pPr>
    <w:r w:rsidRPr="00833545">
      <w:rPr>
        <w:rFonts w:ascii="Verdana" w:hAnsi="Verdana"/>
        <w:noProof/>
      </w:rPr>
      <w:drawing>
        <wp:anchor distT="0" distB="0" distL="114300" distR="114300" simplePos="0" relativeHeight="251659264" behindDoc="1" locked="1" layoutInCell="1" allowOverlap="1" wp14:anchorId="66581935" wp14:editId="5CCBE14A">
          <wp:simplePos x="0" y="0"/>
          <wp:positionH relativeFrom="column">
            <wp:posOffset>29845</wp:posOffset>
          </wp:positionH>
          <wp:positionV relativeFrom="page">
            <wp:posOffset>344170</wp:posOffset>
          </wp:positionV>
          <wp:extent cx="1483360" cy="549910"/>
          <wp:effectExtent l="0" t="0" r="2540" b="0"/>
          <wp:wrapNone/>
          <wp:docPr id="11" name="Grafik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79" t="23052" r="60085" b="4050"/>
                  <a:stretch/>
                </pic:blipFill>
                <pic:spPr bwMode="auto">
                  <a:xfrm>
                    <a:off x="0" y="0"/>
                    <a:ext cx="1483360" cy="5499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F54D4B" w14:textId="2041422C" w:rsidR="00E64061" w:rsidRPr="00056FD2" w:rsidRDefault="00E64061" w:rsidP="00056FD2">
    <w:pPr>
      <w:pStyle w:val="Kopfzeile"/>
      <w:jc w:val="right"/>
      <w:rPr>
        <w:rFonts w:ascii="Verdana" w:hAnsi="Verdana" w:cs="Arial"/>
        <w:b/>
        <w:sz w:val="20"/>
        <w:szCs w:val="20"/>
        <w:lang w:val="de-D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115CC" w14:textId="36D9F189" w:rsidR="0021735A" w:rsidRDefault="0021735A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numm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numm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Aufzhlungszeich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Aufzhlungszeich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ufzhlungszeich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6F30E7D"/>
    <w:multiLevelType w:val="hybridMultilevel"/>
    <w:tmpl w:val="E10C0B3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C33915"/>
    <w:multiLevelType w:val="hybridMultilevel"/>
    <w:tmpl w:val="E10C0B3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86D4186"/>
    <w:multiLevelType w:val="hybridMultilevel"/>
    <w:tmpl w:val="EF1224E4"/>
    <w:lvl w:ilvl="0" w:tplc="E8AE0282">
      <w:numFmt w:val="bullet"/>
      <w:lvlText w:val="-"/>
      <w:lvlJc w:val="left"/>
      <w:pPr>
        <w:ind w:left="360" w:hanging="360"/>
      </w:pPr>
      <w:rPr>
        <w:rFonts w:ascii="Verdana" w:eastAsiaTheme="minorHAnsi" w:hAnsi="Verdan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80026BF"/>
    <w:multiLevelType w:val="hybridMultilevel"/>
    <w:tmpl w:val="021C2D9A"/>
    <w:lvl w:ilvl="0" w:tplc="DB086A28">
      <w:numFmt w:val="bullet"/>
      <w:lvlText w:val="-"/>
      <w:lvlJc w:val="left"/>
      <w:pPr>
        <w:ind w:left="360" w:hanging="360"/>
      </w:pPr>
      <w:rPr>
        <w:rFonts w:ascii="Verdana" w:eastAsiaTheme="minorEastAsia" w:hAnsi="Verdana" w:cs="Aria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77323225">
    <w:abstractNumId w:val="8"/>
  </w:num>
  <w:num w:numId="2" w16cid:durableId="1047992300">
    <w:abstractNumId w:val="6"/>
  </w:num>
  <w:num w:numId="3" w16cid:durableId="1749115567">
    <w:abstractNumId w:val="5"/>
  </w:num>
  <w:num w:numId="4" w16cid:durableId="608247202">
    <w:abstractNumId w:val="4"/>
  </w:num>
  <w:num w:numId="5" w16cid:durableId="2123718044">
    <w:abstractNumId w:val="7"/>
  </w:num>
  <w:num w:numId="6" w16cid:durableId="1651014882">
    <w:abstractNumId w:val="3"/>
  </w:num>
  <w:num w:numId="7" w16cid:durableId="1984003328">
    <w:abstractNumId w:val="2"/>
  </w:num>
  <w:num w:numId="8" w16cid:durableId="1915626334">
    <w:abstractNumId w:val="1"/>
  </w:num>
  <w:num w:numId="9" w16cid:durableId="1268272037">
    <w:abstractNumId w:val="0"/>
  </w:num>
  <w:num w:numId="10" w16cid:durableId="343433458">
    <w:abstractNumId w:val="12"/>
  </w:num>
  <w:num w:numId="11" w16cid:durableId="1364136315">
    <w:abstractNumId w:val="11"/>
  </w:num>
  <w:num w:numId="12" w16cid:durableId="2134977257">
    <w:abstractNumId w:val="9"/>
  </w:num>
  <w:num w:numId="13" w16cid:durableId="69160931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26A5"/>
    <w:rsid w:val="00056FD2"/>
    <w:rsid w:val="0006063C"/>
    <w:rsid w:val="001348EF"/>
    <w:rsid w:val="0015074B"/>
    <w:rsid w:val="0021735A"/>
    <w:rsid w:val="00255E1A"/>
    <w:rsid w:val="00293A70"/>
    <w:rsid w:val="0029639D"/>
    <w:rsid w:val="002A1275"/>
    <w:rsid w:val="002C6E60"/>
    <w:rsid w:val="003058EA"/>
    <w:rsid w:val="00326F90"/>
    <w:rsid w:val="00361E97"/>
    <w:rsid w:val="0038697E"/>
    <w:rsid w:val="00387A4D"/>
    <w:rsid w:val="00390B9F"/>
    <w:rsid w:val="003C2334"/>
    <w:rsid w:val="003E1296"/>
    <w:rsid w:val="003E39D0"/>
    <w:rsid w:val="003F4131"/>
    <w:rsid w:val="004621F9"/>
    <w:rsid w:val="0048771E"/>
    <w:rsid w:val="00511510"/>
    <w:rsid w:val="0052392B"/>
    <w:rsid w:val="005A02F6"/>
    <w:rsid w:val="005C1C02"/>
    <w:rsid w:val="005F0530"/>
    <w:rsid w:val="00664651"/>
    <w:rsid w:val="006A4A02"/>
    <w:rsid w:val="006B1C44"/>
    <w:rsid w:val="006B2D08"/>
    <w:rsid w:val="00714DB5"/>
    <w:rsid w:val="00737E76"/>
    <w:rsid w:val="007F31FD"/>
    <w:rsid w:val="00844B10"/>
    <w:rsid w:val="00844BC2"/>
    <w:rsid w:val="008C2680"/>
    <w:rsid w:val="009443DC"/>
    <w:rsid w:val="00A31D57"/>
    <w:rsid w:val="00A344CE"/>
    <w:rsid w:val="00A501DE"/>
    <w:rsid w:val="00A75F5F"/>
    <w:rsid w:val="00A861D5"/>
    <w:rsid w:val="00AA1D8D"/>
    <w:rsid w:val="00AE2113"/>
    <w:rsid w:val="00B024D4"/>
    <w:rsid w:val="00B4697D"/>
    <w:rsid w:val="00B47730"/>
    <w:rsid w:val="00BC7089"/>
    <w:rsid w:val="00C32E43"/>
    <w:rsid w:val="00C9051A"/>
    <w:rsid w:val="00CB0664"/>
    <w:rsid w:val="00CC1BAD"/>
    <w:rsid w:val="00D8225D"/>
    <w:rsid w:val="00E504F4"/>
    <w:rsid w:val="00E64061"/>
    <w:rsid w:val="00EC2135"/>
    <w:rsid w:val="00ED428C"/>
    <w:rsid w:val="00ED5687"/>
    <w:rsid w:val="00FA258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C11C4CD"/>
  <w14:defaultImageDpi w14:val="300"/>
  <w15:docId w15:val="{FE5AAABA-3771-F740-8C00-F725B98E9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C693F"/>
  </w:style>
  <w:style w:type="paragraph" w:styleId="berschrift1">
    <w:name w:val="heading 1"/>
    <w:basedOn w:val="Standard"/>
    <w:next w:val="Standard"/>
    <w:link w:val="berschrift1Zch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618BF"/>
  </w:style>
  <w:style w:type="paragraph" w:styleId="Fuzeile">
    <w:name w:val="footer"/>
    <w:basedOn w:val="Standard"/>
    <w:link w:val="FuzeileZch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618BF"/>
  </w:style>
  <w:style w:type="paragraph" w:styleId="KeinLeerraum">
    <w:name w:val="No Spacing"/>
    <w:uiPriority w:val="1"/>
    <w:qFormat/>
    <w:rsid w:val="00FC693F"/>
    <w:pPr>
      <w:spacing w:after="0" w:line="240" w:lineRule="auto"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rd"/>
    <w:next w:val="Standard"/>
    <w:link w:val="TitelZch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Zchn">
    <w:name w:val="Titel Zchn"/>
    <w:basedOn w:val="Absatz-Standardschriftart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nabsatz">
    <w:name w:val="List Paragraph"/>
    <w:basedOn w:val="Standard"/>
    <w:uiPriority w:val="34"/>
    <w:qFormat/>
    <w:rsid w:val="00FC693F"/>
    <w:pPr>
      <w:ind w:left="720"/>
      <w:contextualSpacing/>
    </w:pPr>
  </w:style>
  <w:style w:type="paragraph" w:styleId="Textkrper">
    <w:name w:val="Body Text"/>
    <w:basedOn w:val="Standard"/>
    <w:link w:val="TextkrperZchn"/>
    <w:uiPriority w:val="99"/>
    <w:unhideWhenUsed/>
    <w:rsid w:val="00AA1D8D"/>
    <w:pPr>
      <w:spacing w:after="120"/>
    </w:pPr>
  </w:style>
  <w:style w:type="character" w:customStyle="1" w:styleId="TextkrperZchn">
    <w:name w:val="Textkörper Zchn"/>
    <w:basedOn w:val="Absatz-Standardschriftart"/>
    <w:link w:val="Textkrper"/>
    <w:uiPriority w:val="99"/>
    <w:rsid w:val="00AA1D8D"/>
  </w:style>
  <w:style w:type="paragraph" w:styleId="Textkrper2">
    <w:name w:val="Body Text 2"/>
    <w:basedOn w:val="Standard"/>
    <w:link w:val="Textkrper2Zchn"/>
    <w:uiPriority w:val="99"/>
    <w:unhideWhenUsed/>
    <w:rsid w:val="00AA1D8D"/>
    <w:pPr>
      <w:spacing w:after="120" w:line="480" w:lineRule="auto"/>
    </w:pPr>
  </w:style>
  <w:style w:type="character" w:customStyle="1" w:styleId="Textkrper2Zchn">
    <w:name w:val="Textkörper 2 Zchn"/>
    <w:basedOn w:val="Absatz-Standardschriftart"/>
    <w:link w:val="Textkrper2"/>
    <w:uiPriority w:val="99"/>
    <w:rsid w:val="00AA1D8D"/>
  </w:style>
  <w:style w:type="paragraph" w:styleId="Textkrper3">
    <w:name w:val="Body Text 3"/>
    <w:basedOn w:val="Standard"/>
    <w:link w:val="Textkrper3Zch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krper3Zchn">
    <w:name w:val="Textkörper 3 Zchn"/>
    <w:basedOn w:val="Absatz-Standardschriftart"/>
    <w:link w:val="Textkrper3"/>
    <w:uiPriority w:val="99"/>
    <w:rsid w:val="00AA1D8D"/>
    <w:rPr>
      <w:sz w:val="16"/>
      <w:szCs w:val="16"/>
    </w:rPr>
  </w:style>
  <w:style w:type="paragraph" w:styleId="Liste">
    <w:name w:val="List"/>
    <w:basedOn w:val="Standard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Standard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Standard"/>
    <w:uiPriority w:val="99"/>
    <w:unhideWhenUsed/>
    <w:rsid w:val="00326F90"/>
    <w:pPr>
      <w:ind w:left="1080" w:hanging="360"/>
      <w:contextualSpacing/>
    </w:pPr>
  </w:style>
  <w:style w:type="paragraph" w:styleId="Aufzhlungszeichen">
    <w:name w:val="List Bullet"/>
    <w:basedOn w:val="Standard"/>
    <w:uiPriority w:val="99"/>
    <w:unhideWhenUsed/>
    <w:rsid w:val="00326F90"/>
    <w:pPr>
      <w:numPr>
        <w:numId w:val="1"/>
      </w:numPr>
      <w:contextualSpacing/>
    </w:pPr>
  </w:style>
  <w:style w:type="paragraph" w:styleId="Aufzhlungszeichen2">
    <w:name w:val="List Bullet 2"/>
    <w:basedOn w:val="Standard"/>
    <w:uiPriority w:val="99"/>
    <w:unhideWhenUsed/>
    <w:rsid w:val="00326F90"/>
    <w:pPr>
      <w:numPr>
        <w:numId w:val="2"/>
      </w:numPr>
      <w:tabs>
        <w:tab w:val="clear" w:pos="720"/>
      </w:tabs>
      <w:contextualSpacing/>
    </w:pPr>
  </w:style>
  <w:style w:type="paragraph" w:styleId="Aufzhlungszeichen3">
    <w:name w:val="List Bullet 3"/>
    <w:basedOn w:val="Standard"/>
    <w:uiPriority w:val="99"/>
    <w:unhideWhenUsed/>
    <w:rsid w:val="00326F90"/>
    <w:pPr>
      <w:numPr>
        <w:numId w:val="3"/>
      </w:numPr>
      <w:contextualSpacing/>
    </w:pPr>
  </w:style>
  <w:style w:type="paragraph" w:styleId="Listennummer">
    <w:name w:val="List Number"/>
    <w:basedOn w:val="Standard"/>
    <w:uiPriority w:val="99"/>
    <w:unhideWhenUsed/>
    <w:rsid w:val="00326F90"/>
    <w:pPr>
      <w:numPr>
        <w:numId w:val="5"/>
      </w:numPr>
      <w:contextualSpacing/>
    </w:pPr>
  </w:style>
  <w:style w:type="paragraph" w:styleId="Listennummer2">
    <w:name w:val="List Number 2"/>
    <w:basedOn w:val="Standard"/>
    <w:uiPriority w:val="99"/>
    <w:unhideWhenUsed/>
    <w:rsid w:val="0029639D"/>
    <w:pPr>
      <w:numPr>
        <w:numId w:val="6"/>
      </w:numPr>
      <w:contextualSpacing/>
    </w:pPr>
  </w:style>
  <w:style w:type="paragraph" w:styleId="Listennummer3">
    <w:name w:val="List Number 3"/>
    <w:basedOn w:val="Standard"/>
    <w:uiPriority w:val="99"/>
    <w:unhideWhenUsed/>
    <w:rsid w:val="0029639D"/>
    <w:pPr>
      <w:numPr>
        <w:numId w:val="7"/>
      </w:numPr>
      <w:contextualSpacing/>
    </w:pPr>
  </w:style>
  <w:style w:type="paragraph" w:styleId="Listenfortsetzung">
    <w:name w:val="List Continue"/>
    <w:basedOn w:val="Standard"/>
    <w:uiPriority w:val="99"/>
    <w:unhideWhenUsed/>
    <w:rsid w:val="0029639D"/>
    <w:pPr>
      <w:spacing w:after="120"/>
      <w:ind w:left="360"/>
      <w:contextualSpacing/>
    </w:pPr>
  </w:style>
  <w:style w:type="paragraph" w:styleId="Listenfortsetzung2">
    <w:name w:val="List Continue 2"/>
    <w:basedOn w:val="Standard"/>
    <w:uiPriority w:val="99"/>
    <w:unhideWhenUsed/>
    <w:rsid w:val="0029639D"/>
    <w:pPr>
      <w:spacing w:after="120"/>
      <w:ind w:left="720"/>
      <w:contextualSpacing/>
    </w:pPr>
  </w:style>
  <w:style w:type="paragraph" w:styleId="Listenfortsetzung3">
    <w:name w:val="List Continue 3"/>
    <w:basedOn w:val="Standard"/>
    <w:uiPriority w:val="99"/>
    <w:unhideWhenUsed/>
    <w:rsid w:val="0029639D"/>
    <w:pPr>
      <w:spacing w:after="120"/>
      <w:ind w:left="1080"/>
      <w:contextualSpacing/>
    </w:pPr>
  </w:style>
  <w:style w:type="paragraph" w:styleId="Makrotext">
    <w:name w:val="macro"/>
    <w:link w:val="MakrotextZch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xtZchn">
    <w:name w:val="Makrotext Zchn"/>
    <w:basedOn w:val="Absatz-Standardschriftart"/>
    <w:link w:val="Makrotext"/>
    <w:uiPriority w:val="99"/>
    <w:rsid w:val="0029639D"/>
    <w:rPr>
      <w:rFonts w:ascii="Courier" w:hAnsi="Courier"/>
      <w:sz w:val="20"/>
      <w:szCs w:val="20"/>
    </w:rPr>
  </w:style>
  <w:style w:type="paragraph" w:styleId="Zitat">
    <w:name w:val="Quote"/>
    <w:basedOn w:val="Standard"/>
    <w:next w:val="Standard"/>
    <w:link w:val="ZitatZchn"/>
    <w:uiPriority w:val="29"/>
    <w:qFormat/>
    <w:rsid w:val="00FC693F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FC693F"/>
    <w:rPr>
      <w:i/>
      <w:iCs/>
      <w:color w:val="000000" w:themeColor="tex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Fett">
    <w:name w:val="Strong"/>
    <w:basedOn w:val="Absatz-Standardschriftart"/>
    <w:uiPriority w:val="22"/>
    <w:qFormat/>
    <w:rsid w:val="00FC693F"/>
    <w:rPr>
      <w:b/>
      <w:bCs/>
    </w:rPr>
  </w:style>
  <w:style w:type="character" w:styleId="Hervorhebung">
    <w:name w:val="Emphasis"/>
    <w:basedOn w:val="Absatz-Standardschriftart"/>
    <w:uiPriority w:val="20"/>
    <w:qFormat/>
    <w:rsid w:val="00FC693F"/>
    <w:rPr>
      <w:i/>
      <w:iCs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FC693F"/>
    <w:rPr>
      <w:b/>
      <w:bCs/>
      <w:i/>
      <w:iCs/>
      <w:color w:val="4F81BD" w:themeColor="accent1"/>
    </w:rPr>
  </w:style>
  <w:style w:type="character" w:styleId="SchwacheHervorhebung">
    <w:name w:val="Subtle Emphasis"/>
    <w:basedOn w:val="Absatz-Standardschriftart"/>
    <w:uiPriority w:val="19"/>
    <w:qFormat/>
    <w:rsid w:val="00FC693F"/>
    <w:rPr>
      <w:i/>
      <w:iCs/>
      <w:color w:val="808080" w:themeColor="text1" w:themeTint="7F"/>
    </w:rPr>
  </w:style>
  <w:style w:type="character" w:styleId="IntensiveHervorhebung">
    <w:name w:val="Intense Emphasis"/>
    <w:basedOn w:val="Absatz-Standardschriftart"/>
    <w:uiPriority w:val="21"/>
    <w:qFormat/>
    <w:rsid w:val="00FC693F"/>
    <w:rPr>
      <w:b/>
      <w:bCs/>
      <w:i/>
      <w:iCs/>
      <w:color w:val="4F81BD" w:themeColor="accent1"/>
    </w:rPr>
  </w:style>
  <w:style w:type="character" w:styleId="SchwacherVerweis">
    <w:name w:val="Subtle Reference"/>
    <w:basedOn w:val="Absatz-Standardschriftart"/>
    <w:uiPriority w:val="31"/>
    <w:qFormat/>
    <w:rsid w:val="00FC693F"/>
    <w:rPr>
      <w:smallCaps/>
      <w:color w:val="C0504D" w:themeColor="accent2"/>
      <w:u w:val="single"/>
    </w:rPr>
  </w:style>
  <w:style w:type="character" w:styleId="IntensiverVerweis">
    <w:name w:val="Intense Reference"/>
    <w:basedOn w:val="Absatz-Standardschriftar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uchtitel">
    <w:name w:val="Book Title"/>
    <w:basedOn w:val="Absatz-Standardschriftart"/>
    <w:uiPriority w:val="33"/>
    <w:qFormat/>
    <w:rsid w:val="00FC693F"/>
    <w:rPr>
      <w:b/>
      <w:bCs/>
      <w:smallCaps/>
      <w:spacing w:val="5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FC693F"/>
    <w:pPr>
      <w:outlineLvl w:val="9"/>
    </w:pPr>
  </w:style>
  <w:style w:type="table" w:styleId="Tabellenraster">
    <w:name w:val="Table Grid"/>
    <w:basedOn w:val="NormaleTabel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HelleSchattierung">
    <w:name w:val="Light Shading"/>
    <w:basedOn w:val="NormaleTabel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HelleListe">
    <w:name w:val="Light List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Liste-Akzent1">
    <w:name w:val="Light List Accent 1"/>
    <w:basedOn w:val="NormaleTabel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HelleListe-Akzent2">
    <w:name w:val="Light List Accent 2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HelleListe-Akzent5">
    <w:name w:val="Light List Accent 5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HelleListe-Akzent6">
    <w:name w:val="Light List Accent 6"/>
    <w:basedOn w:val="NormaleTabel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HellesRaster">
    <w:name w:val="Light Grid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ttlereListe2">
    <w:name w:val="Medium Lis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sRaster1">
    <w:name w:val="Medium Grid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ttleresRaster2">
    <w:name w:val="Medium Grid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3">
    <w:name w:val="Medium Grid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unkleListe">
    <w:name w:val="Dark List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unkleListe-Akzent1">
    <w:name w:val="Dark List Accent 1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bigeSchattierung">
    <w:name w:val="Colorful Shading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1">
    <w:name w:val="Colorful Shading Accent 1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bigeListe-Akzent6">
    <w:name w:val="Colorful List Accent 6"/>
    <w:basedOn w:val="NormaleTabel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bigesRaster">
    <w:name w:val="Colorful Grid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bigesRaster-Akzent5">
    <w:name w:val="Colorful Grid Accent 5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bigesRaster-Akzent6">
    <w:name w:val="Colorful Grid Accent 6"/>
    <w:basedOn w:val="NormaleTabel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Thomas Ortmann</cp:lastModifiedBy>
  <cp:revision>5</cp:revision>
  <cp:lastPrinted>2025-09-11T07:50:00Z</cp:lastPrinted>
  <dcterms:created xsi:type="dcterms:W3CDTF">2025-09-11T07:50:00Z</dcterms:created>
  <dcterms:modified xsi:type="dcterms:W3CDTF">2025-09-14T08:41:00Z</dcterms:modified>
  <cp:category/>
</cp:coreProperties>
</file>